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/>
        <w:jc w:val="start"/>
      </w:pPr>
      <w:r>
        <w:rPr>
          <w:rtl/>
        </w:rPr>
        <w:t>خطوتك  الأولى  إلى  عالم  القراءة</w:t>
      </w:r>
    </w:p>
    <w:p>
      <w:pPr>
        <w:pStyle w:val="Heading1"/>
        <w:bidi/>
        <w:jc w:val="start"/>
      </w:pPr>
      <w:r>
        <w:rPr>
          <w:rtl/>
        </w:rPr>
        <w:t>كراسة  التطبيق</w:t>
      </w:r>
    </w:p>
    <w:p>
      <w:pPr>
        <w:bidi/>
        <w:jc w:val="start"/>
      </w:pPr>
      <w:r>
        <w:rPr>
          <w:rtl/>
        </w:rPr>
        <w:t>د.  ساجد  العبدلي</w:t>
      </w:r>
    </w:p>
    <w:p>
      <w:pPr>
        <w:bidi/>
        <w:jc w:val="start"/>
      </w:pPr>
      <w:r>
        <w:rPr>
          <w:rtl/>
        </w:rPr>
        <w:t>استخدم  هذه  الكراسة  أثناء  الدروس  الخمسة.  دوّن  إجابات  قصيرة  تخص  تجربتك،  ثم  عد  إليها  لتختار  ما  تود  تغييره.  يمكنك  طباعتها  أو  الكتابة  في  نسخة  وورد.</w:t>
      </w:r>
    </w:p>
    <w:p>
      <w:pPr>
        <w:pStyle w:val="Heading1"/>
        <w:bidi/>
        <w:jc w:val="start"/>
      </w:pPr>
      <w:r>
        <w:rPr>
          <w:rtl/>
        </w:rPr>
        <w:t>١    السبب  الذي  يخصني</w:t>
      </w:r>
    </w:p>
    <w:p>
      <w:pPr>
        <w:bidi/>
        <w:jc w:val="start"/>
      </w:pPr>
      <w:r>
        <w:rPr>
          <w:rtl/>
        </w:rPr>
        <w:t>قد  تكون  حاجتك  متعة  الحكايات،  أو  التعرف  إلى  الناس،  أو  فهم  نفسك،  أو  التعلم،  أو  تطوير  التعبير.  اختر  ما  يدعوك  أنت  إلى  التجربة.</w:t>
      </w:r>
    </w:p>
    <w:p>
      <w:pPr>
        <w:pStyle w:val="Heading2"/>
        <w:bidi/>
        <w:jc w:val="start"/>
      </w:pPr>
      <w:r>
        <w:rPr>
          <w:rtl/>
        </w:rPr>
        <w:t>أريد  أن  أقرأ  لأنني  أرغب  في</w:t>
      </w:r>
    </w:p>
    <w:p>
      <w:pPr>
        <w:bidi/>
        <w:jc w:val="start"/>
      </w:pPr>
      <w:r>
        <w:rPr>
          <w:rtl/>
        </w:rPr>
        <w:t>................................................................................................</w:t>
      </w:r>
    </w:p>
    <w:p>
      <w:pPr>
        <w:bidi/>
        <w:jc w:val="start"/>
      </w:pPr>
      <w:r>
        <w:rPr>
          <w:rtl/>
        </w:rPr>
        <w:t>................................................................................................</w:t>
      </w:r>
    </w:p>
    <w:p>
      <w:pPr>
        <w:pStyle w:val="Heading2"/>
        <w:bidi/>
        <w:jc w:val="start"/>
      </w:pPr>
      <w:r>
        <w:rPr>
          <w:rtl/>
        </w:rPr>
        <w:t>ما  الذي  يجعل  هذا  السبب  مهمًا  لي</w:t>
      </w:r>
    </w:p>
    <w:p>
      <w:pPr>
        <w:bidi/>
        <w:jc w:val="start"/>
      </w:pPr>
      <w:r>
        <w:rPr>
          <w:rtl/>
        </w:rPr>
        <w:t>................................................................................................</w:t>
      </w:r>
    </w:p>
    <w:p>
      <w:pPr>
        <w:bidi/>
        <w:jc w:val="start"/>
      </w:pPr>
      <w:r>
        <w:rPr>
          <w:rtl/>
        </w:rPr>
        <w:t>................................................................................................</w:t>
      </w:r>
    </w:p>
    <w:p>
      <w:pPr>
        <w:bidi/>
        <w:jc w:val="start"/>
      </w:pPr>
      <w:r>
        <w:rPr>
          <w:rtl/>
        </w:rPr>
        <w:t>مثال:  أريد  أن  أقرأ  لأنني  أستمتع  بحكايات  السفر  وأرغب  في  التعرف  إلى  حياة  الناس  في  بلدان  أخرى.</w:t>
      </w:r>
    </w:p>
    <w:p>
      <w:pPr>
        <w:bidi/>
        <w:jc w:val="start"/>
      </w:pPr>
      <w:r>
        <w:rPr>
          <w:rtl/>
        </w:rPr>
        <w:t>احتفظ  بهذه  الإجابة؛  ستستخدمها  للبحث  عن  قراءتك  الأولى.</w:t>
      </w:r>
    </w:p>
    <w:p>
      <w:pPr>
        <w:pStyle w:val="Heading1"/>
        <w:pageBreakBefore/>
        <w:bidi/>
        <w:jc w:val="start"/>
      </w:pPr>
      <w:r>
        <w:rPr>
          <w:rtl/>
        </w:rPr>
        <w:t>٢    أختار  قراءتي  الأولى</w:t>
      </w:r>
    </w:p>
    <w:p>
      <w:pPr>
        <w:bidi/>
        <w:jc w:val="start"/>
      </w:pPr>
      <w:r>
        <w:rPr>
          <w:rtl/>
        </w:rPr>
        <w:t>ابدأ  باهتمامك،  واجمع  احتمالين  أو  ثلاثة.  ابحث  في  فهرس  مكتبة  أو  متجر  أو  موقع  ناشر،  أو  اطلب  ترشيحًا  يراعي  موضوعك  ومستوى  اللغة  الذي  يناسبك.</w:t>
      </w:r>
    </w:p>
    <w:p>
      <w:pPr>
        <w:pStyle w:val="Heading2"/>
        <w:bidi/>
        <w:jc w:val="start"/>
      </w:pPr>
      <w:r>
        <w:rPr>
          <w:rtl/>
        </w:rPr>
        <w:t>اهتمامي  وكلمات  البحث  التي  سأستخدمها</w:t>
      </w:r>
    </w:p>
    <w:p>
      <w:pPr>
        <w:bidi/>
        <w:jc w:val="start"/>
      </w:pPr>
      <w:r>
        <w:rPr>
          <w:rtl/>
        </w:rPr>
        <w:t>................................................................................................</w:t>
      </w:r>
    </w:p>
    <w:p>
      <w:pPr>
        <w:pStyle w:val="Heading2"/>
        <w:bidi/>
        <w:jc w:val="start"/>
      </w:pPr>
      <w:r>
        <w:rPr>
          <w:rtl/>
        </w:rPr>
        <w:t>الاحتمال  الأول</w:t>
      </w:r>
    </w:p>
    <w:p>
      <w:pPr>
        <w:bidi/>
        <w:jc w:val="start"/>
      </w:pPr>
      <w:r>
        <w:rPr>
          <w:rtl/>
        </w:rPr>
        <w:t>العنوان  والمؤلف:  ................................................................................</w:t>
      </w:r>
    </w:p>
    <w:p>
      <w:pPr>
        <w:bidi/>
        <w:jc w:val="start"/>
      </w:pPr>
      <w:r>
        <w:rPr>
          <w:rtl/>
        </w:rPr>
        <w:t>ما  لاحظته  في  العينة:  ..........................................................................</w:t>
      </w:r>
    </w:p>
    <w:p>
      <w:pPr>
        <w:pStyle w:val="Heading2"/>
        <w:bidi/>
        <w:jc w:val="start"/>
      </w:pPr>
      <w:r>
        <w:rPr>
          <w:rtl/>
        </w:rPr>
        <w:t>الاحتمال  الثاني</w:t>
      </w:r>
    </w:p>
    <w:p>
      <w:pPr>
        <w:bidi/>
        <w:jc w:val="start"/>
      </w:pPr>
      <w:r>
        <w:rPr>
          <w:rtl/>
        </w:rPr>
        <w:t>العنوان  والمؤلف:  ................................................................................</w:t>
      </w:r>
    </w:p>
    <w:p>
      <w:pPr>
        <w:bidi/>
        <w:jc w:val="start"/>
      </w:pPr>
      <w:r>
        <w:rPr>
          <w:rtl/>
        </w:rPr>
        <w:t>ما  لاحظته  في  العينة:  ..........................................................................</w:t>
      </w:r>
    </w:p>
    <w:p>
      <w:pPr>
        <w:pStyle w:val="Heading2"/>
        <w:bidi/>
        <w:jc w:val="start"/>
      </w:pPr>
      <w:r>
        <w:rPr>
          <w:rtl/>
        </w:rPr>
        <w:t>الاحتمال  الثالث</w:t>
      </w:r>
    </w:p>
    <w:p>
      <w:pPr>
        <w:bidi/>
        <w:jc w:val="start"/>
      </w:pPr>
      <w:r>
        <w:rPr>
          <w:rtl/>
        </w:rPr>
        <w:t>العنوان  والمؤلف:  ................................................................................</w:t>
      </w:r>
    </w:p>
    <w:p>
      <w:pPr>
        <w:bidi/>
        <w:jc w:val="start"/>
      </w:pPr>
      <w:r>
        <w:rPr>
          <w:rtl/>
        </w:rPr>
        <w:t>ما  لاحظته  في  العينة:  ..........................................................................</w:t>
      </w:r>
    </w:p>
    <w:p>
      <w:pPr>
        <w:pStyle w:val="Heading2"/>
        <w:bidi/>
        <w:jc w:val="start"/>
      </w:pPr>
      <w:r>
        <w:rPr>
          <w:rtl/>
        </w:rPr>
        <w:t>قبل  الاختيار</w:t>
      </w:r>
    </w:p>
    <w:p>
      <w:pPr>
        <w:bidi/>
        <w:jc w:val="start"/>
      </w:pPr>
      <w:r>
        <w:rPr>
          <w:rtl/>
        </w:rPr>
        <w:t>هل  أتابع  اللغة  والفكرة؟  ما  الذي  شدّني؟  هل  أرغب  في  مواصلة  القراءة؟  وفي  الموضوع  المعرفي:  هل  يتضح  تخصص  المؤلف  ومصادره،  وهل  يهم  تاريخ  المعلومات؟</w:t>
      </w:r>
    </w:p>
    <w:p>
      <w:pPr>
        <w:pStyle w:val="Heading2"/>
        <w:bidi/>
        <w:jc w:val="start"/>
      </w:pPr>
      <w:r>
        <w:rPr>
          <w:rtl/>
        </w:rPr>
        <w:t>قراءتي  المختارة  وسبب  الاختيار</w:t>
      </w:r>
    </w:p>
    <w:p>
      <w:pPr>
        <w:bidi/>
        <w:jc w:val="start"/>
      </w:pPr>
      <w:r>
        <w:rPr>
          <w:rtl/>
        </w:rPr>
        <w:t>................................................................................................</w:t>
      </w:r>
    </w:p>
    <w:p>
      <w:pPr>
        <w:pStyle w:val="Heading2"/>
        <w:bidi/>
        <w:jc w:val="start"/>
      </w:pPr>
      <w:r>
        <w:rPr>
          <w:rtl/>
        </w:rPr>
        <w:t>سأحصل  عليها  عن  طريق</w:t>
      </w:r>
    </w:p>
    <w:p>
      <w:pPr>
        <w:bidi/>
        <w:jc w:val="start"/>
      </w:pPr>
      <w:r>
        <w:rPr>
          <w:rtl/>
        </w:rPr>
        <w:t>................................................................................................</w:t>
      </w:r>
    </w:p>
    <w:p>
      <w:pPr>
        <w:bidi/>
        <w:jc w:val="start"/>
      </w:pPr>
      <w:r>
        <w:rPr>
          <w:rtl/>
        </w:rPr>
        <w:t>يمكنك  الاستعارة  أو  الشراء  أو  البدء  بعينة  متاحة  بصورة  مشروعة.</w:t>
      </w:r>
    </w:p>
    <w:p>
      <w:pPr>
        <w:pStyle w:val="Heading1"/>
        <w:pageBreakBefore/>
        <w:bidi/>
        <w:jc w:val="start"/>
      </w:pPr>
      <w:r>
        <w:rPr>
          <w:rtl/>
        </w:rPr>
        <w:t>٣    أجرّب  جلسة  قصيرة</w:t>
      </w:r>
    </w:p>
    <w:p>
      <w:pPr>
        <w:bidi/>
        <w:jc w:val="start"/>
      </w:pPr>
      <w:r>
        <w:rPr>
          <w:rtl/>
        </w:rPr>
        <w:t>اختر  وقتًا  ممكنًا  وجرعة  تناسب  البداية.  خمس  دقائق  أو  عشر  أمثلة  للتجربة،  ويمكنك  تعديلها  بحسب  يومك.</w:t>
      </w:r>
    </w:p>
    <w:p>
      <w:pPr>
        <w:pStyle w:val="Heading2"/>
        <w:bidi/>
        <w:jc w:val="start"/>
      </w:pPr>
      <w:r>
        <w:rPr>
          <w:rtl/>
        </w:rPr>
        <w:t>النص  الذي  سأقرأه  والموعد  والمدة</w:t>
      </w:r>
    </w:p>
    <w:p>
      <w:pPr>
        <w:bidi/>
        <w:jc w:val="start"/>
      </w:pPr>
      <w:r>
        <w:rPr>
          <w:rtl/>
        </w:rPr>
        <w:t>................................................................................................</w:t>
      </w:r>
    </w:p>
    <w:p>
      <w:pPr>
        <w:bidi/>
        <w:jc w:val="start"/>
      </w:pPr>
      <w:r>
        <w:rPr>
          <w:rtl/>
        </w:rPr>
        <w:t>................................................................................................</w:t>
      </w:r>
    </w:p>
    <w:p>
      <w:pPr>
        <w:pStyle w:val="Heading2"/>
        <w:bidi/>
        <w:jc w:val="start"/>
      </w:pPr>
      <w:r>
        <w:rPr>
          <w:rtl/>
        </w:rPr>
        <w:t>ما  الذي  جذبني  أثناء  القراءة</w:t>
      </w:r>
    </w:p>
    <w:p>
      <w:pPr>
        <w:bidi/>
        <w:jc w:val="start"/>
      </w:pPr>
      <w:r>
        <w:rPr>
          <w:rtl/>
        </w:rPr>
        <w:t>................................................................................................</w:t>
      </w:r>
    </w:p>
    <w:p>
      <w:pPr>
        <w:bidi/>
        <w:jc w:val="start"/>
      </w:pPr>
      <w:r>
        <w:rPr>
          <w:rtl/>
        </w:rPr>
        <w:t>................................................................................................</w:t>
      </w:r>
    </w:p>
    <w:p>
      <w:pPr>
        <w:pStyle w:val="Heading2"/>
        <w:bidi/>
        <w:jc w:val="start"/>
      </w:pPr>
      <w:r>
        <w:rPr>
          <w:rtl/>
        </w:rPr>
        <w:t>ما  الذي  عطّلني  في  هذه  الجلسة</w:t>
      </w:r>
    </w:p>
    <w:p>
      <w:pPr>
        <w:bidi/>
        <w:jc w:val="start"/>
      </w:pPr>
      <w:r>
        <w:rPr>
          <w:rtl/>
        </w:rPr>
        <w:t>................................................................................................</w:t>
      </w:r>
    </w:p>
    <w:p>
      <w:pPr>
        <w:bidi/>
        <w:jc w:val="start"/>
      </w:pPr>
      <w:r>
        <w:rPr>
          <w:rtl/>
        </w:rPr>
        <w:t>................................................................................................</w:t>
      </w:r>
    </w:p>
    <w:p>
      <w:pPr>
        <w:pStyle w:val="Heading2"/>
        <w:bidi/>
        <w:jc w:val="start"/>
      </w:pPr>
      <w:r>
        <w:rPr>
          <w:rtl/>
        </w:rPr>
        <w:t>أحدّد  نوع  الصعوبة</w:t>
      </w:r>
    </w:p>
    <w:p>
      <w:pPr>
        <w:bidi/>
        <w:jc w:val="start"/>
      </w:pPr>
      <w:r>
        <w:rPr>
          <w:rtl/>
        </w:rPr>
        <w:t>هل  كانت  اللغة  صعبة؟  هل  قطعتني  التنبيهات؟  هل  كنت  متعبًا؟  هل  احتجت  إلى  وقت  حتى  أنخرط  في  النص؟  صف  ما  حدث  دون  تعميمه  على  قدرتك.</w:t>
      </w:r>
    </w:p>
    <w:p>
      <w:pPr>
        <w:pStyle w:val="Heading2"/>
        <w:bidi/>
        <w:jc w:val="start"/>
      </w:pPr>
      <w:r>
        <w:rPr>
          <w:rtl/>
        </w:rPr>
        <w:t>التعديل  الواحد  الذي  سأجرّبه  في  الجلسة  القادمة</w:t>
      </w:r>
    </w:p>
    <w:p>
      <w:pPr>
        <w:bidi/>
        <w:jc w:val="start"/>
      </w:pPr>
      <w:r>
        <w:rPr>
          <w:rtl/>
        </w:rPr>
        <w:t>................................................................................................</w:t>
      </w:r>
    </w:p>
    <w:p>
      <w:pPr>
        <w:bidi/>
        <w:jc w:val="start"/>
      </w:pPr>
      <w:r>
        <w:rPr>
          <w:rtl/>
        </w:rPr>
        <w:t>................................................................................................</w:t>
      </w:r>
    </w:p>
    <w:p>
      <w:pPr>
        <w:bidi/>
        <w:jc w:val="start"/>
      </w:pPr>
      <w:r>
        <w:rPr>
          <w:rtl/>
        </w:rPr>
        <w:t>مثال:  سأحتفظ  بالنص  نفسه،  وأجرّب  القراءة  قبل  فتح  الرسائل.  أو  أختار  نصًا  أيسر  في  مجال  الاهتمام  نفسه.</w:t>
      </w:r>
    </w:p>
    <w:p>
      <w:pPr>
        <w:pStyle w:val="Heading1"/>
        <w:pageBreakBefore/>
        <w:bidi/>
        <w:jc w:val="start"/>
      </w:pPr>
      <w:r>
        <w:rPr>
          <w:rtl/>
        </w:rPr>
        <w:t>٤    أختار  ما  يساعدني  على  العودة</w:t>
      </w:r>
    </w:p>
    <w:p>
      <w:pPr>
        <w:bidi/>
        <w:jc w:val="start"/>
      </w:pPr>
      <w:r>
        <w:rPr>
          <w:rtl/>
        </w:rPr>
        <w:t>جرّب  وسيلة  واحدة  تزيد  قربك  من  القراءة.  قد  تختار  مشاركة  صديق،  أو  لقاء  نادي  قراءة،  أو  ملاحظة  خاصة  تحتفظ  بها  لنفسك.</w:t>
      </w:r>
    </w:p>
    <w:p>
      <w:pPr>
        <w:pStyle w:val="Heading2"/>
        <w:bidi/>
        <w:jc w:val="start"/>
      </w:pPr>
      <w:r>
        <w:rPr>
          <w:rtl/>
        </w:rPr>
        <w:t>عبارة  أو  فكرة  أو  مشهد  شدّني  مع  عنوان  النص  والصفحة</w:t>
      </w:r>
    </w:p>
    <w:p>
      <w:pPr>
        <w:bidi/>
        <w:jc w:val="start"/>
      </w:pPr>
      <w:r>
        <w:rPr>
          <w:rtl/>
        </w:rPr>
        <w:t>................................................................................................</w:t>
      </w:r>
    </w:p>
    <w:p>
      <w:pPr>
        <w:bidi/>
        <w:jc w:val="start"/>
      </w:pPr>
      <w:r>
        <w:rPr>
          <w:rtl/>
        </w:rPr>
        <w:t>................................................................................................</w:t>
      </w:r>
    </w:p>
    <w:p>
      <w:pPr>
        <w:pStyle w:val="Heading2"/>
        <w:bidi/>
        <w:jc w:val="start"/>
      </w:pPr>
      <w:r>
        <w:rPr>
          <w:rtl/>
        </w:rPr>
        <w:t>الوسيلة  التي  سأجرّبها  ومتى</w:t>
      </w:r>
    </w:p>
    <w:p>
      <w:pPr>
        <w:bidi/>
        <w:jc w:val="start"/>
      </w:pPr>
      <w:r>
        <w:rPr>
          <w:rtl/>
        </w:rPr>
        <w:t>................................................................................................</w:t>
      </w:r>
    </w:p>
    <w:p>
      <w:pPr>
        <w:bidi/>
        <w:jc w:val="start"/>
      </w:pPr>
      <w:r>
        <w:rPr>
          <w:rtl/>
        </w:rPr>
        <w:t>................................................................................................</w:t>
      </w:r>
    </w:p>
    <w:p>
      <w:pPr>
        <w:pStyle w:val="Heading2"/>
        <w:bidi/>
        <w:jc w:val="start"/>
      </w:pPr>
      <w:r>
        <w:rPr>
          <w:rtl/>
        </w:rPr>
        <w:t>إذا  اخترت  نادي  قراءة</w:t>
      </w:r>
    </w:p>
    <w:p>
      <w:pPr>
        <w:bidi/>
        <w:jc w:val="start"/>
      </w:pPr>
      <w:r>
        <w:rPr>
          <w:rtl/>
        </w:rPr>
        <w:t>اسأل  عن  نوع  الكتب،  والوقت  المتاح  للقراءة،  وطريقة  إدارة  النقاش،  وإمكان  اللقاء  التجريبي.  تأكد  من  أن  الإيقاع  يناسب  بدايتك،  وأنك  ترتاح  لطرح  أسئلتك.</w:t>
      </w:r>
    </w:p>
    <w:p>
      <w:pPr>
        <w:pStyle w:val="Heading2"/>
        <w:bidi/>
        <w:jc w:val="start"/>
      </w:pPr>
      <w:r>
        <w:rPr>
          <w:rtl/>
        </w:rPr>
        <w:t>ما  أحتاج  إلى  معرفته  قبل  المشاركة</w:t>
      </w:r>
    </w:p>
    <w:p>
      <w:pPr>
        <w:bidi/>
        <w:jc w:val="start"/>
      </w:pPr>
      <w:r>
        <w:rPr>
          <w:rtl/>
        </w:rPr>
        <w:t>................................................................................................</w:t>
      </w:r>
    </w:p>
    <w:p>
      <w:pPr>
        <w:bidi/>
        <w:jc w:val="start"/>
      </w:pPr>
      <w:r>
        <w:rPr>
          <w:rtl/>
        </w:rPr>
        <w:t>................................................................................................</w:t>
      </w:r>
    </w:p>
    <w:p>
      <w:pPr>
        <w:pStyle w:val="Heading2"/>
        <w:bidi/>
        <w:jc w:val="start"/>
      </w:pPr>
      <w:r>
        <w:rPr>
          <w:rtl/>
        </w:rPr>
        <w:t>بعد  التجربة    هل  رغبت  في  العودة  وما  الذي  سأحتفظ  به</w:t>
      </w:r>
    </w:p>
    <w:p>
      <w:pPr>
        <w:bidi/>
        <w:jc w:val="start"/>
      </w:pPr>
      <w:r>
        <w:rPr>
          <w:rtl/>
        </w:rPr>
        <w:t>................................................................................................</w:t>
      </w:r>
    </w:p>
    <w:p>
      <w:pPr>
        <w:bidi/>
        <w:jc w:val="start"/>
      </w:pPr>
      <w:r>
        <w:rPr>
          <w:rtl/>
        </w:rPr>
        <w:t>................................................................................................</w:t>
      </w:r>
    </w:p>
    <w:p>
      <w:pPr>
        <w:pStyle w:val="Heading1"/>
        <w:pageBreakBefore/>
        <w:bidi/>
        <w:jc w:val="start"/>
      </w:pPr>
      <w:r>
        <w:rPr>
          <w:rtl/>
        </w:rPr>
        <w:t>٥    خطتي  للأسبوع  المقبل</w:t>
      </w:r>
    </w:p>
    <w:p>
      <w:pPr>
        <w:bidi/>
        <w:jc w:val="start"/>
      </w:pPr>
      <w:r>
        <w:rPr>
          <w:rtl/>
        </w:rPr>
        <w:t>اجمع  ما  تعلمته  في  خطة  تستطيع  تنفيذها.  اختر  عددًا  من  الجلسات  يلائم  أسبوعك،  ثم  حدد  موعدًا  لمراجعة  التجربة.</w:t>
      </w:r>
    </w:p>
    <w:p>
      <w:pPr>
        <w:pStyle w:val="Heading2"/>
        <w:bidi/>
        <w:jc w:val="start"/>
      </w:pPr>
      <w:r>
        <w:rPr>
          <w:rtl/>
        </w:rPr>
        <w:t>القراءة  المختارة</w:t>
      </w:r>
    </w:p>
    <w:p>
      <w:pPr>
        <w:bidi/>
        <w:jc w:val="start"/>
      </w:pPr>
      <w:r>
        <w:rPr>
          <w:rtl/>
        </w:rPr>
        <w:t>................................................................................................</w:t>
      </w:r>
    </w:p>
    <w:p>
      <w:pPr>
        <w:pStyle w:val="Heading2"/>
        <w:bidi/>
        <w:jc w:val="start"/>
      </w:pPr>
      <w:r>
        <w:rPr>
          <w:rtl/>
        </w:rPr>
        <w:t>أيام  القراءة  والوقت  ومدة  الجلسة</w:t>
      </w:r>
    </w:p>
    <w:p>
      <w:pPr>
        <w:bidi/>
        <w:jc w:val="start"/>
      </w:pPr>
      <w:r>
        <w:rPr>
          <w:rtl/>
        </w:rPr>
        <w:t>................................................................................................</w:t>
      </w:r>
    </w:p>
    <w:p>
      <w:pPr>
        <w:bidi/>
        <w:jc w:val="start"/>
      </w:pPr>
      <w:r>
        <w:rPr>
          <w:rtl/>
        </w:rPr>
        <w:t>................................................................................................</w:t>
      </w:r>
    </w:p>
    <w:p>
      <w:pPr>
        <w:pStyle w:val="Heading2"/>
        <w:bidi/>
        <w:jc w:val="start"/>
      </w:pPr>
      <w:r>
        <w:rPr>
          <w:rtl/>
        </w:rPr>
        <w:t>بديل  مناسب  لليوم  المزدحم</w:t>
      </w:r>
    </w:p>
    <w:p>
      <w:pPr>
        <w:bidi/>
        <w:jc w:val="start"/>
      </w:pPr>
      <w:r>
        <w:rPr>
          <w:rtl/>
        </w:rPr>
        <w:t>................................................................................................</w:t>
      </w:r>
    </w:p>
    <w:p>
      <w:pPr>
        <w:pStyle w:val="Heading2"/>
        <w:bidi/>
        <w:jc w:val="start"/>
      </w:pPr>
      <w:r>
        <w:rPr>
          <w:rtl/>
        </w:rPr>
        <w:t>سجل  مختصر  للجلسات</w:t>
      </w:r>
    </w:p>
    <w:p>
      <w:pPr>
        <w:bidi/>
        <w:jc w:val="start"/>
      </w:pPr>
      <w:r>
        <w:rPr>
          <w:rtl/>
        </w:rPr>
        <w:t>الجلسة  الأولى    التاريخ:  ................    المدة:  ................</w:t>
      </w:r>
    </w:p>
    <w:p>
      <w:pPr>
        <w:bidi/>
        <w:jc w:val="start"/>
      </w:pPr>
      <w:r>
        <w:rPr>
          <w:rtl/>
        </w:rPr>
        <w:t>ما  جذبني  أو  ما  سأعدّله:  ...................................................................</w:t>
      </w:r>
    </w:p>
    <w:p>
      <w:pPr>
        <w:bidi/>
        <w:jc w:val="start"/>
      </w:pPr>
      <w:r>
        <w:rPr>
          <w:rtl/>
        </w:rPr>
        <w:t>الجلسة  الثانية    التاريخ:  ................    المدة:  ................</w:t>
      </w:r>
    </w:p>
    <w:p>
      <w:pPr>
        <w:bidi/>
        <w:jc w:val="start"/>
      </w:pPr>
      <w:r>
        <w:rPr>
          <w:rtl/>
        </w:rPr>
        <w:t>ما  جذبني  أو  ما  سأعدّله:  ...................................................................</w:t>
      </w:r>
    </w:p>
    <w:p>
      <w:pPr>
        <w:bidi/>
        <w:jc w:val="start"/>
      </w:pPr>
      <w:r>
        <w:rPr>
          <w:rtl/>
        </w:rPr>
        <w:t>الجلسة  الثالثة    التاريخ:  ................    المدة:  ................</w:t>
      </w:r>
    </w:p>
    <w:p>
      <w:pPr>
        <w:bidi/>
        <w:jc w:val="start"/>
      </w:pPr>
      <w:r>
        <w:rPr>
          <w:rtl/>
        </w:rPr>
        <w:t>ما  جذبني  أو  ما  سأعدّله:  ...................................................................</w:t>
      </w:r>
    </w:p>
    <w:p>
      <w:pPr>
        <w:pStyle w:val="Heading2"/>
        <w:bidi/>
        <w:jc w:val="start"/>
      </w:pPr>
      <w:r>
        <w:rPr>
          <w:rtl/>
        </w:rPr>
        <w:t>موعد  مراجعة  الأسبوع</w:t>
      </w:r>
    </w:p>
    <w:p>
      <w:pPr>
        <w:bidi/>
        <w:jc w:val="start"/>
      </w:pPr>
      <w:r>
        <w:rPr>
          <w:rtl/>
        </w:rPr>
        <w:t>................................................................................................</w:t>
      </w:r>
    </w:p>
    <w:p>
      <w:pPr>
        <w:bidi/>
        <w:jc w:val="start"/>
      </w:pPr>
      <w:r>
        <w:rPr>
          <w:rtl/>
        </w:rPr>
        <w:t>في  المراجعة  اسأل  نفسك:  هل  صارت  البداية  أسهل؟  ما  الذي  رغبت  في  متابعته؟  هل  أعدّل  الوقت  أو  النص  أو  الجرعة؟  وما  القراءة  القريبة  من  اهتمامي  التي  أود  تجربتها  لاحقًا؟</w:t>
      </w:r>
    </w:p>
    <w:p>
      <w:pPr>
        <w:pStyle w:val="Heading2"/>
        <w:bidi/>
        <w:jc w:val="start"/>
      </w:pPr>
      <w:r>
        <w:rPr>
          <w:rtl/>
        </w:rPr>
        <w:t>سأعرف  أن  بدايتي  تستحق  المتابعة  عندما</w:t>
      </w:r>
    </w:p>
    <w:p>
      <w:pPr>
        <w:bidi/>
        <w:jc w:val="start"/>
      </w:pPr>
      <w:r>
        <w:rPr>
          <w:rtl/>
        </w:rPr>
        <w:t>................................................................................................</w:t>
      </w:r>
    </w:p>
    <w:sectPr w:rsidR="00FC693F" w:rsidRPr="0006063C" w:rsidSect="00034616">
      <w:footerReference w:type="default" r:id="rId9"/>
      <w:pgSz w:w="11909" w:h="16834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spacing w:line="252" w:lineRule="auto" w:after="80" w:before="0"/>
    </w:pPr>
    <w:rPr>
      <w:rFonts w:ascii="AlHurraTxtreg" w:hAnsi="AlHurraTxtreg"/>
      <w:color w:val="000000"/>
      <w:sz w:val="26"/>
      <w:rFonts w:ascii="AlHurraTxtreg" w:hAnsi="AlHurraTxtreg" w:cs="AlHurraTxtreg"/>
      <w:szCs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80" w:line="252" w:lineRule="auto"/>
      <w:outlineLvl w:val="0"/>
    </w:pPr>
    <w:rPr>
      <w:rFonts w:asciiTheme="majorHAnsi" w:eastAsiaTheme="majorEastAsia" w:hAnsiTheme="majorHAnsi" w:cstheme="majorBidi" w:ascii="AlHurraTxtBold" w:hAnsi="AlHurraTxtBold"/>
      <w:b/>
      <w:bCs/>
      <w:color w:val="000000"/>
      <w:sz w:val="42"/>
      <w:szCs w:val="28"/>
      <w:rFonts w:ascii="AlHurraTxtBold" w:hAnsi="AlHurraTxtBold" w:cs="AlHurraTxtBold"/>
      <w:szCs w:val="4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 w:line="252" w:lineRule="auto"/>
      <w:outlineLvl w:val="1"/>
    </w:pPr>
    <w:rPr>
      <w:rFonts w:asciiTheme="majorHAnsi" w:eastAsiaTheme="majorEastAsia" w:hAnsiTheme="majorHAnsi" w:cstheme="majorBidi" w:ascii="AlHurraTxtBold" w:hAnsi="AlHurraTxtBold"/>
      <w:b/>
      <w:bCs/>
      <w:color w:val="000000"/>
      <w:sz w:val="30"/>
      <w:szCs w:val="26"/>
      <w:rFonts w:ascii="AlHurraTxtBold" w:hAnsi="AlHurraTxtBold" w:cs="AlHurraTxtBold"/>
      <w:szCs w:val="3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52" w:lineRule="auto" w:before="0"/>
      <w:contextualSpacing/>
    </w:pPr>
    <w:rPr>
      <w:rFonts w:asciiTheme="majorHAnsi" w:eastAsiaTheme="majorEastAsia" w:hAnsiTheme="majorHAnsi" w:cstheme="majorBidi" w:ascii="AlHurraTxtBold" w:hAnsi="AlHurraTxtBold"/>
      <w:color w:val="000000"/>
      <w:spacing w:val="5"/>
      <w:kern w:val="28"/>
      <w:sz w:val="50"/>
      <w:szCs w:val="52"/>
      <w:rFonts w:ascii="AlHurraTxtBold" w:hAnsi="AlHurraTxtBold" w:cs="AlHurraTxtBold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كراسة تطبيق خطوتك الأولى إلى عالم القراءة</dc:title>
  <dc:subject/>
  <dc:creator>د. ساجد العبدلي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